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תערוכת שורשים – הפרויקט המסכם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תחנות התערוכה ואת מטרת כל אחת מהן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שלבי ההכנה לתערוכה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משתמשים במחוון כדי להציג תחנה טובה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הכיתה הופכת למוזיאון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ציור, כתיבה, צילום או הסבר בעל 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הדרכון עם החותמות מהסיור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הסיפור או המשמעות של השם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בדף שכל ילד יכול להשתתף עם כל צורת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ברשימה כתוב להתאמן להסביר לאורחים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ההזמנה כוללת מתי ואיפה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מילים בודדות היא רמה של כוכב אחד, לא הגבוהה ביותר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בין תחנה לתוכן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(עץ משפחה או מעגלים של אנשים קרובים)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(תשובות משיחה עם אדם מבוגר חשוב)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(המפה שציירו עם מקרא)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(כרטיס תודה לאדם טוב ביישוב)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(חפץ או תמונה עם תווית מוזיאון)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(דף מלא עם חותמות)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 נכון של ההכנה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אוספים חומרים כמו תמונה או ציור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כותבים תווית או כרטיס 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מעצבים את התחנה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מתאמנים להסביר לאורחים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מציגים בתערוכה וכותבים רפלקציה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שמסביר מה החפץ ולמה הוא חשוב, למשל תמונה ישנה של סבא וסבתא בבית הראשון שלהם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אנחנו מזמינים אתכם לתערוכת השורשים שלנו ביום רביעי בכיתה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ורפלקציה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המסבירה קשר לתחנה שנבחרה ונימוק הגיוני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או שניים על תחושה או גילוי אישי מתהליך ההכנה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הצגת שורשים אישיים ומשפחתיים לאורחים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תחנה מהרשימה עם תיאור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בחירת תחנה היא השלב הראשון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להדפיס את חלק ההתאמה ולגזור לקלפים לעבודה בזוגות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לעבור על המחוון יחד עם התלמידים לפני ההצגה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חלק מהכתיבה הקצרה מתאים גם כהכנה בעל פה לפני הצגת התחנה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תערוכת שורשים – הפרויקט המסכם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בסוף היחידה הכיתה הופכת למוזיאון קטן. כל תלמיד ותלמידה בוחרים תחנה אחת, מכינים אותה ומציגים אותה לאורחים.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קורה בסוף היחידה לפי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הכיתה הופכת למוזיאון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כותבים 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הולכים לטיול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מציירים ציור אחד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תחנות אפשר לבחור מתוך הרשימה?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אפשר להציג בתחנה לפי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בכתיבה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ציור, כתיבה, צילום או הסבר בעל 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בריקוד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מופיע בתחנת 'דרכון היישוב'?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רשימת שמות מורים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הדרכון עם החותמות מהסיור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תמונת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מפת 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כותבים בתחנת 'השם שלי'?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כתובת 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הסיפור או המשמעות של השם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חברים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ילד יכול להשתתף בתערוכה, עם כל צורת משפחה.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תחנת 'חפץ עם סיפור' כוללת חפץ, צילום או ציור עם תווית.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ברשימת ההכנה אין צורך להתאמן להסביר לאורחים.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בהזמנה לתערוכה יש מקום לכתוב תאריך ומקום.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במחוון, כתיבת מילים בודדות היא הרמה הגבוהה ביותר בתחום השפה.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 בין תחנה לתוכן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עץ האנשים שלי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המפה שציירו עם מקרא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ראיון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חפץ או תמונה עם תווית מוזיאון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מפת הסיור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עץ משפחה או מעגלים של אנשים קרובים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אנשים טובים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דף מלא עם חותמות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חפץ עם סיפור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כרטיס תודה לאדם טוב ביישוב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דרכון היישוב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תשובות משיחה עם אדם מבוגר חשוב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 נכון של ההכנה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תווית או כרטיס הסבר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מתאמנים להסביר לאורחים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מציגים בתערוכה וכותבים רפלקציה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אוספים חומרים כמו תמונה או ציור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תחנה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מעצבים את התחנה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לתווית מוזיאון עבור חפץ שחשוב למשפחה 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שיכול להופיע בהזמנה לאורחים.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ורפלקציה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תחנה הייתם בוחרים להציג, ולמה דווקא אותה?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רפלקציה קצרה: מה למדתם על השורשים שלכם בעבודה על התחנה?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המטרה של תערוכת השורשים?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אחת התחנות שאפשר לבחור, ומה מציגים 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השלב הראשון ברשימת ההכנה?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תערוכת שורשים – הפרויקט המסכם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