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שורשים – הפרויקט המסכם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התערוכה ואת מטרת 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ההכנה לתערוכה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משתמשים במחוון כדי להציג תחנה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הכיתה הופכת למוזיאון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ציור, כתיבה, צילום או הסבר בעל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הדרכון עם החותמות מהסיור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הסיפור או המשמעות של השם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בדף שכל ילד יכול להשתתף עם כל צורת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ברשימה כתוב להתאמן להסביר לאורחים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ההזמנה כוללת מתי ואיפה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מילים בודדות היא רמה של כוכב אחד, לא הגבוהה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תחנה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(עץ משפחה או מעגלים של אנשים קרובים)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(תשובות משיחה עם אדם מבוגר 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(המפה שציירו עם מקרא)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(כרטיס תודה לאדם טוב ביישוב)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(חפץ או תמונה עם תווית מוזיאון)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(דף מלא עם חותמות)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אוספים חומרים כמו תמונה או 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תווית או כרטיס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מעצבים את התחנה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מתאמנים להסביר לאורחים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מציגים בתערוכה וכותבים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שמסביר מה החפץ ולמה הוא חשוב, למשל תמונה ישנה של סבא וסבתא בבית הראשון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אנחנו מזמינים אתכם לתערוכת השורשים שלנו ביום רביעי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המסבירה קשר לתחנה שנבחרה ונימוק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או שניים על תחושה או גילוי אישי מתהליך ההכנה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הצגת שורשים אישיים ומשפחתיים לאורחים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תחנה מהרשימה עם תיאור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תחנה היא השלב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חלק ההתאמה ולגזור לקלפים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המחוון יחד עם התלמידים לפני ההצגה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מהכתיבה הקצרה מתאים גם כהכנה בעל פה לפני הצגת התחנה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שורשים – הפרויקט המסכם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בסוף הלימוד עושים תערוכה בכיתה. כל ילד בוחר תחנה אחת ומכין אותה, ואחר כך מראה אותה לאורחים.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תערוכה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מציגים דברים לאנשים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והמקום שמאיפה באתי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פינה קטנה בתערוכה עם נושא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שעוזרת לבדוק אם העבודה טובה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וכתיבה על מה שעשיתי ולמדתי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תווית מוזיאון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קטן שמסביר מה רואים בתחנה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דרכון היישוב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חותמות מהסיור ביישוב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עם מבוגר ושאלות ותשובות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בסוף הלימוד?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הכיתה הופכת למוזיאון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הולכים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ציור אחד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תחנות יש לבחור מהן?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באילו דרכים אפשר להציג?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ציור, כתיבה, צילום או הסבר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בתחנה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שמות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הדרכון עם החותמות מהסיור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תמונת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כותבים בתחנה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כתובת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או המשמעות של השם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יכול להשתתף בתערוכה, עם כל צורת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'חפץ עם סיפור' כוללת חפץ, צילום או ציור עם תווית.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ברשימת ההכנה אין צורך להתאמן להסביר לאורחים.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בהזמנה לתערוכה יש מקום לכתוב תאריך ומקום.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במחוון, כתיבת מילים בודדות היא הרמה הגבוהה ביותר בתחום השפה.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תחנה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האנשים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תשובות משיחה עם אדם מבוגר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דף מלא עם חותמות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מפת הסיור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חפץ או תמונה עם תווית מוזיאון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אנשים טובים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המפה שציירו עם מקרא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חפץ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עץ משפחה או מעגלים של אנשים קרובים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דרכון היישוב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כרטיס תודה לאדם טוב ביישוב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של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חומרים כמו תמונה או ציור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מעצבים את התחנה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בתערוכה וכותבים רפלקציה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תווית או כרטיס הסבר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מתאמנים להסביר לאורחים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לתווית מוזיאון עבור חפץ שחשוב למשפחה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שיכול להופיע בהזמנה לאורחים.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תחנה הייתם בוחרים להציג, ולמה דווקא אותה?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רפלקציה קצרה: מה למדתם על השורשים שלכם בעבודה על התחנה?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תערוכת השורשים?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התחנות שאפשר לבחור, ומה מציגים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השלב הראשון ברשימת ההכנה?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תערוכת שורשים – הפרויקט המסכם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