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שורשים – הפרויקט המסכם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התערוכה ואת מטרת כל אחת מהן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ההכנה לתערוכה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משתמשים במחוון כדי להציג תחנה טובה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הכיתה הופכת למוזיאון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ציור, כתיבה, צילום או הסבר בעל 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שכל ילד יכול להשתתף עם כל צורת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ברשימה כתוב להתאמן להסביר לאורחים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תחנה לתוכן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(עץ משפחה או מעגלים של אנשים 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(תשובות משיחה עם אדם מבוגר 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(המפה שציירו עם מקרא)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(כרטיס תודה לאדם טוב ביישוב)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נכון של ההכנה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אוספים חומרים כמו תמונה או 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תווית או כרטיס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מעצבים את התחנה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שמסביר מה החפץ ולמה הוא חשוב, למשל תמונה ישנה של סבא וסבתא בבית הראשון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המסבירה קשר לתחנה שנבחרה ונימוק הגיוני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שורשים אישיים ומשפחתיים לאורחים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תחנה מהרשימה עם תיאור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תחנה היא השלב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להדפיס את חלק ההתאמה ולגזור לקלפים לעבודה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לעבור על המחוון יחד עם התלמידים לפני ההצגה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מהכתיבה הקצרה מתאים גם כהכנה בעל פה לפני הצגת התחנה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תערוכת שורשים – הפרויקט המסכם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בסוף היחידה הכיתה הופכת למוזיאון קטן. כל תלמיד ותלמידה בוחרים תחנה אחת, מכינים אותה ומציגים אותה לאורחים.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בסוף היחידה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הכיתה הופכת למוזיאון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הולכים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תחנות אפשר לבחור מתוך הרשימה?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אפשר להציג בתחנה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בכתיבה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ציור, כתיבה, צילום או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ילד יכול להשתתף בתערוכה, עם כל צורת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תחנת 'חפץ עם סיפור' כוללת חפץ, צילום או ציור עם תווית.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ברשימת ההכנה אין צורך להתאמן להסביר לאורחים.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בין תחנה לתוכן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עץ האנשים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כרטיס תודה לאדם טוב ביישוב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עץ משפחה או מעגלים של אנשים 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מפת הסיור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תשובות משיחה עם אדם מבוגר 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אנשים טובים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המפה שציירו עם מקרא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 נכון של ההכנה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מעצבים את התחנה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תווית או כרטיס הסבר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אוספים חומרים כמו תמונה או ציור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לתווית מוזיאון עבור חפץ שחשוב למשפחה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תחנה הייתם בוחרים להציג, ולמה דווקא אותה?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תערוכת השורשים?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אחת התחנות שאפשר לבחור, ומה מציגים 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תערוכת שורשים – הפרויקט המסכם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